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80"/>
        <w:jc w:val="center"/>
      </w:pPr>
      <w:r>
        <w:rPr>
          <w:rFonts w:ascii="Arial" w:hAnsi="Arial" w:cs="Arial"/>
          <w:b/>
          <w:color w:val="7A2A1E"/>
          <w:sz w:val="48"/>
          <w:rtl w:val="1"/>
          <w:szCs w:val="48"/>
          <w:bCs/>
        </w:rPr>
        <w:t>💌 מכתב כיסופים</w:t>
      </w:r>
    </w:p>
    <w:p>
      <w:pPr>
        <w:bidi w:val="1"/>
        <w:spacing w:after="80"/>
        <w:jc w:val="center"/>
      </w:pPr>
      <w:r>
        <w:rPr>
          <w:rFonts w:ascii="Arial" w:hAnsi="Arial" w:cs="Arial"/>
          <w:b w:val="0"/>
          <w:color w:val="555555"/>
          <w:sz w:val="22"/>
          <w:rtl w:val="1"/>
          <w:szCs w:val="22"/>
        </w:rPr>
        <w:t>לאדם, למקום או לחלום שאני מתגעגע/ת אליו · חג הסיגד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>אל: ____________________________</w:t>
      </w:r>
    </w:p>
    <w:p>
      <w:pPr>
        <w:bidi w:val="1"/>
        <w:spacing w:after="0" w:line="480" w:lineRule="exact"/>
        <w:jc w:val="right"/>
        <w:pBdr>
          <w:bottom w:val="single" w:sz="4" w:space="1" w:color="999999"/>
        </w:pBdr>
      </w:pPr>
      <w:r>
        <w:rPr>
          <w:rFonts w:ascii="Arial" w:hAnsi="Arial" w:cs="Arial"/>
          <w:b w:val="0"/>
          <w:sz w:val="22"/>
          <w:rtl w:val="1"/>
          <w:szCs w:val="22"/>
        </w:rPr>
        <w:t xml:space="preserve"> </w:t>
      </w:r>
    </w:p>
    <w:p>
      <w:pPr>
        <w:bidi w:val="1"/>
        <w:spacing w:after="0" w:line="480" w:lineRule="exact"/>
        <w:jc w:val="right"/>
        <w:pBdr>
          <w:bottom w:val="single" w:sz="4" w:space="1" w:color="999999"/>
        </w:pBdr>
      </w:pPr>
      <w:r>
        <w:rPr>
          <w:rFonts w:ascii="Arial" w:hAnsi="Arial" w:cs="Arial"/>
          <w:b w:val="0"/>
          <w:sz w:val="22"/>
          <w:rtl w:val="1"/>
          <w:szCs w:val="22"/>
        </w:rPr>
        <w:t xml:space="preserve"> </w:t>
      </w:r>
    </w:p>
    <w:p>
      <w:pPr>
        <w:bidi w:val="1"/>
        <w:spacing w:after="0" w:line="480" w:lineRule="exact"/>
        <w:jc w:val="right"/>
        <w:pBdr>
          <w:bottom w:val="single" w:sz="4" w:space="1" w:color="999999"/>
        </w:pBdr>
      </w:pPr>
      <w:r>
        <w:rPr>
          <w:rFonts w:ascii="Arial" w:hAnsi="Arial" w:cs="Arial"/>
          <w:b w:val="0"/>
          <w:sz w:val="22"/>
          <w:rtl w:val="1"/>
          <w:szCs w:val="22"/>
        </w:rPr>
        <w:t xml:space="preserve"> </w:t>
      </w:r>
    </w:p>
    <w:p>
      <w:pPr>
        <w:bidi w:val="1"/>
        <w:spacing w:after="0" w:line="480" w:lineRule="exact"/>
        <w:jc w:val="right"/>
        <w:pBdr>
          <w:bottom w:val="single" w:sz="4" w:space="1" w:color="999999"/>
        </w:pBdr>
      </w:pPr>
      <w:r>
        <w:rPr>
          <w:rFonts w:ascii="Arial" w:hAnsi="Arial" w:cs="Arial"/>
          <w:b w:val="0"/>
          <w:sz w:val="22"/>
          <w:rtl w:val="1"/>
          <w:szCs w:val="22"/>
        </w:rPr>
        <w:t xml:space="preserve"> </w:t>
      </w:r>
    </w:p>
    <w:p>
      <w:pPr>
        <w:bidi w:val="1"/>
        <w:spacing w:after="0" w:line="480" w:lineRule="exact"/>
        <w:jc w:val="right"/>
        <w:pBdr>
          <w:bottom w:val="single" w:sz="4" w:space="1" w:color="999999"/>
        </w:pBdr>
      </w:pPr>
      <w:r>
        <w:rPr>
          <w:rFonts w:ascii="Arial" w:hAnsi="Arial" w:cs="Arial"/>
          <w:b w:val="0"/>
          <w:sz w:val="22"/>
          <w:rtl w:val="1"/>
          <w:szCs w:val="22"/>
        </w:rPr>
        <w:t xml:space="preserve"> </w:t>
      </w:r>
    </w:p>
    <w:p>
      <w:pPr>
        <w:bidi w:val="1"/>
        <w:spacing w:after="0" w:line="480" w:lineRule="exact"/>
        <w:jc w:val="right"/>
        <w:pBdr>
          <w:bottom w:val="single" w:sz="4" w:space="1" w:color="999999"/>
        </w:pBdr>
      </w:pPr>
      <w:r>
        <w:rPr>
          <w:rFonts w:ascii="Arial" w:hAnsi="Arial" w:cs="Arial"/>
          <w:b w:val="0"/>
          <w:sz w:val="22"/>
          <w:rtl w:val="1"/>
          <w:szCs w:val="22"/>
        </w:rPr>
        <w:t xml:space="preserve"> </w:t>
      </w:r>
    </w:p>
    <w:p>
      <w:pPr>
        <w:bidi w:val="1"/>
        <w:spacing w:after="0" w:line="480" w:lineRule="exact"/>
        <w:jc w:val="right"/>
        <w:pBdr>
          <w:bottom w:val="single" w:sz="4" w:space="1" w:color="999999"/>
        </w:pBdr>
      </w:pPr>
      <w:r>
        <w:rPr>
          <w:rFonts w:ascii="Arial" w:hAnsi="Arial" w:cs="Arial"/>
          <w:b w:val="0"/>
          <w:sz w:val="22"/>
          <w:rtl w:val="1"/>
          <w:szCs w:val="22"/>
        </w:rPr>
        <w:t xml:space="preserve"> </w:t>
      </w:r>
    </w:p>
    <w:p>
      <w:pPr>
        <w:bidi w:val="1"/>
        <w:spacing w:after="0" w:line="480" w:lineRule="exact"/>
        <w:jc w:val="right"/>
        <w:pBdr>
          <w:bottom w:val="single" w:sz="4" w:space="1" w:color="999999"/>
        </w:pBdr>
      </w:pPr>
      <w:r>
        <w:rPr>
          <w:rFonts w:ascii="Arial" w:hAnsi="Arial" w:cs="Arial"/>
          <w:b w:val="0"/>
          <w:sz w:val="22"/>
          <w:rtl w:val="1"/>
          <w:szCs w:val="22"/>
        </w:rPr>
        <w:t xml:space="preserve"> </w:t>
      </w:r>
    </w:p>
    <w:p>
      <w:pPr>
        <w:bidi w:val="1"/>
        <w:spacing w:after="0" w:line="480" w:lineRule="exact"/>
        <w:jc w:val="right"/>
        <w:pBdr>
          <w:bottom w:val="single" w:sz="4" w:space="1" w:color="999999"/>
        </w:pBdr>
      </w:pPr>
      <w:r>
        <w:rPr>
          <w:rFonts w:ascii="Arial" w:hAnsi="Arial" w:cs="Arial"/>
          <w:b w:val="0"/>
          <w:sz w:val="22"/>
          <w:rtl w:val="1"/>
          <w:szCs w:val="22"/>
        </w:rPr>
        <w:t xml:space="preserve"> </w:t>
      </w:r>
    </w:p>
    <w:p>
      <w:pPr>
        <w:bidi w:val="1"/>
        <w:spacing w:after="0" w:line="480" w:lineRule="exact"/>
        <w:jc w:val="right"/>
        <w:pBdr>
          <w:bottom w:val="single" w:sz="4" w:space="1" w:color="999999"/>
        </w:pBdr>
      </w:pPr>
      <w:r>
        <w:rPr>
          <w:rFonts w:ascii="Arial" w:hAnsi="Arial" w:cs="Arial"/>
          <w:b w:val="0"/>
          <w:sz w:val="22"/>
          <w:rtl w:val="1"/>
          <w:szCs w:val="22"/>
        </w:rPr>
        <w:t xml:space="preserve"> </w:t>
      </w:r>
    </w:p>
    <w:p>
      <w:pPr>
        <w:bidi w:val="1"/>
        <w:spacing w:after="0" w:line="480" w:lineRule="exact"/>
        <w:jc w:val="right"/>
        <w:pBdr>
          <w:bottom w:val="single" w:sz="4" w:space="1" w:color="999999"/>
        </w:pBdr>
      </w:pPr>
      <w:r>
        <w:rPr>
          <w:rFonts w:ascii="Arial" w:hAnsi="Arial" w:cs="Arial"/>
          <w:b w:val="0"/>
          <w:sz w:val="22"/>
          <w:rtl w:val="1"/>
          <w:szCs w:val="22"/>
        </w:rPr>
        <w:t xml:space="preserve"> </w:t>
      </w:r>
    </w:p>
    <w:p>
      <w:pPr>
        <w:bidi w:val="1"/>
        <w:spacing w:after="0" w:line="480" w:lineRule="exact"/>
        <w:jc w:val="right"/>
        <w:pBdr>
          <w:bottom w:val="single" w:sz="4" w:space="1" w:color="999999"/>
        </w:pBdr>
      </w:pPr>
      <w:r>
        <w:rPr>
          <w:rFonts w:ascii="Arial" w:hAnsi="Arial" w:cs="Arial"/>
          <w:b w:val="0"/>
          <w:sz w:val="22"/>
          <w:rtl w:val="1"/>
          <w:szCs w:val="22"/>
        </w:rPr>
        <w:t xml:space="preserve"> </w:t>
      </w:r>
    </w:p>
    <w:p>
      <w:pPr>
        <w:bidi w:val="1"/>
        <w:spacing w:after="0" w:line="480" w:lineRule="exact"/>
        <w:jc w:val="right"/>
        <w:pBdr>
          <w:bottom w:val="single" w:sz="4" w:space="1" w:color="999999"/>
        </w:pBdr>
      </w:pPr>
      <w:r>
        <w:rPr>
          <w:rFonts w:ascii="Arial" w:hAnsi="Arial" w:cs="Arial"/>
          <w:b w:val="0"/>
          <w:sz w:val="22"/>
          <w:rtl w:val="1"/>
          <w:szCs w:val="22"/>
        </w:rPr>
        <w:t xml:space="preserve"> </w:t>
      </w:r>
    </w:p>
    <w:p>
      <w:pPr>
        <w:bidi w:val="1"/>
        <w:spacing w:after="0" w:line="480" w:lineRule="exact"/>
        <w:jc w:val="right"/>
        <w:pBdr>
          <w:bottom w:val="single" w:sz="4" w:space="1" w:color="999999"/>
        </w:pBdr>
      </w:pPr>
      <w:r>
        <w:rPr>
          <w:rFonts w:ascii="Arial" w:hAnsi="Arial" w:cs="Arial"/>
          <w:b w:val="0"/>
          <w:sz w:val="22"/>
          <w:rtl w:val="1"/>
          <w:szCs w:val="22"/>
        </w:rPr>
        <w:t xml:space="preserve"> </w:t>
      </w:r>
    </w:p>
    <w:p>
      <w:pPr>
        <w:bidi w:val="1"/>
        <w:spacing w:after="0" w:line="480" w:lineRule="exact"/>
        <w:jc w:val="right"/>
        <w:pBdr>
          <w:bottom w:val="single" w:sz="4" w:space="1" w:color="999999"/>
        </w:pBdr>
      </w:pPr>
      <w:r>
        <w:rPr>
          <w:rFonts w:ascii="Arial" w:hAnsi="Arial" w:cs="Arial"/>
          <w:b w:val="0"/>
          <w:sz w:val="22"/>
          <w:rtl w:val="1"/>
          <w:szCs w:val="22"/>
        </w:rPr>
        <w:t xml:space="preserve"> </w:t>
      </w:r>
    </w:p>
    <w:p>
      <w:pPr>
        <w:bidi w:val="1"/>
        <w:spacing w:after="0" w:line="480" w:lineRule="exact"/>
        <w:jc w:val="right"/>
        <w:pBdr>
          <w:bottom w:val="single" w:sz="4" w:space="1" w:color="999999"/>
        </w:pBdr>
      </w:pPr>
      <w:r>
        <w:rPr>
          <w:rFonts w:ascii="Arial" w:hAnsi="Arial" w:cs="Arial"/>
          <w:b w:val="0"/>
          <w:sz w:val="22"/>
          <w:rtl w:val="1"/>
          <w:szCs w:val="22"/>
        </w:rPr>
        <w:t xml:space="preserve"> </w:t>
      </w:r>
    </w:p>
    <w:p>
      <w:pPr>
        <w:bidi w:val="1"/>
        <w:spacing w:after="80"/>
        <w:jc w:val="left"/>
      </w:pPr>
      <w:r>
        <w:rPr>
          <w:rFonts w:ascii="Arial" w:hAnsi="Arial" w:cs="Arial"/>
          <w:b w:val="0"/>
          <w:sz w:val="26"/>
          <w:rtl w:val="1"/>
          <w:szCs w:val="26"/>
        </w:rPr>
        <w:t>בכיסופים, 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55555"/>
          <w:sz w:val="20"/>
          <w:rtl w:val="1"/>
          <w:szCs w:val="20"/>
        </w:rPr>
        <w:t>פתיחים לעזרה: ״אני מתגעגע/ת ל…״ · ״החלום שלי הוא…״ · ״מה שלמדתי מהמסע שלכם הוא…״ · ״הברית שאני רוצה לחדש היא…״</w:t>
      </w:r>
    </w:p>
    <w:p>
      <w:pPr>
        <w:bidi w:val="1"/>
        <w:spacing w:after="80"/>
        <w:jc w:val="center"/>
      </w:pPr>
      <w:r>
        <w:rPr>
          <w:rFonts w:ascii="Arial" w:hAnsi="Arial" w:cs="Arial"/>
          <w:b w:val="0"/>
          <w:color w:val="777777"/>
          <w:sz w:val="18"/>
          <w:rtl w:val="1"/>
          <w:szCs w:val="18"/>
        </w:rPr>
        <w:t>יצרה: רוית ראש בן ישי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